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2"/>
        </w:rPr>
        <w:t>ZAŁĄCZNIK NR 2 – PROTOKÓŁ ZDAWCZO-ODBIORCZY</w:t>
      </w:r>
    </w:p>
    <w:p>
      <w:pPr>
        <w:spacing w:after="160"/>
        <w:jc w:val="center"/>
      </w:pPr>
      <w:r>
        <w:rPr>
          <w:b/>
          <w:sz w:val="20"/>
        </w:rPr>
        <w:t>WITCAMP – Protokół zdawczo-odbiorczy</w:t>
      </w:r>
    </w:p>
    <w:p>
      <w:pPr>
        <w:spacing w:after="40" w:line="252" w:lineRule="auto"/>
      </w:pPr>
      <w:r>
        <w:t>Umowa z dnia: ....................................   Najemca: ................................................................................</w:t>
      </w:r>
    </w:p>
    <w:p>
      <w:pPr>
        <w:spacing w:after="40" w:line="252" w:lineRule="auto"/>
      </w:pPr>
      <w:r>
        <w:t>Pojazd / model: ........................................................................   Nr rej.: ........................................</w:t>
      </w:r>
    </w:p>
    <w:p>
      <w:pPr>
        <w:spacing w:after="40" w:line="252" w:lineRule="auto"/>
      </w:pPr>
      <w:r>
        <w:t>Data i godzina wydania: ........................................................   zwrotu: ........................................................</w:t>
      </w:r>
    </w:p>
    <w:p>
      <w:pPr>
        <w:pStyle w:val="Heading1"/>
        <w:spacing w:before="120" w:after="60"/>
      </w:pPr>
      <w:r>
        <w:t>1. Dane eksploatacyjne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37"/>
        <w:gridCol w:w="3437"/>
        <w:gridCol w:w="3437"/>
      </w:tblGrid>
      <w:tr>
        <w:trPr>
          <w:tblHeader w:val="true"/>
        </w:trPr>
        <w:tc>
          <w:tcPr>
            <w:tcW w:type="dxa" w:w="3969"/>
            <w:shd w:fill="D9EAD3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Arial" w:hAnsi="Arial"/>
                <w:b/>
                <w:sz w:val="18"/>
              </w:rPr>
              <w:t>Pozycja</w:t>
            </w:r>
          </w:p>
        </w:tc>
        <w:tc>
          <w:tcPr>
            <w:tcW w:type="dxa" w:w="2551"/>
            <w:shd w:fill="D9EAD3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Arial" w:hAnsi="Arial"/>
                <w:b/>
                <w:sz w:val="18"/>
              </w:rPr>
              <w:t>Wydanie</w:t>
            </w:r>
          </w:p>
        </w:tc>
        <w:tc>
          <w:tcPr>
            <w:tcW w:type="dxa" w:w="2551"/>
            <w:shd w:fill="D9EAD3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Arial" w:hAnsi="Arial"/>
                <w:b/>
                <w:sz w:val="18"/>
              </w:rPr>
              <w:t>Zwrot</w:t>
            </w:r>
          </w:p>
        </w:tc>
      </w:tr>
      <w:tr>
        <w:tc>
          <w:tcPr>
            <w:tcW w:type="dxa" w:w="3969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Arial" w:hAnsi="Arial"/>
                <w:sz w:val="18"/>
              </w:rPr>
              <w:t>Stan licznika (km)</w:t>
            </w:r>
          </w:p>
        </w:tc>
        <w:tc>
          <w:tcPr>
            <w:tcW w:type="dxa" w:w="2551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Arial" w:hAnsi="Arial"/>
                <w:sz w:val="18"/>
              </w:rPr>
              <w:t>................................</w:t>
            </w:r>
          </w:p>
        </w:tc>
        <w:tc>
          <w:tcPr>
            <w:tcW w:type="dxa" w:w="2551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Arial" w:hAnsi="Arial"/>
                <w:sz w:val="18"/>
              </w:rPr>
              <w:t>................................</w:t>
            </w:r>
          </w:p>
        </w:tc>
      </w:tr>
      <w:tr>
        <w:tc>
          <w:tcPr>
            <w:tcW w:type="dxa" w:w="3969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Arial" w:hAnsi="Arial"/>
                <w:sz w:val="18"/>
              </w:rPr>
              <w:t>Poziom paliwa</w:t>
            </w:r>
          </w:p>
        </w:tc>
        <w:tc>
          <w:tcPr>
            <w:tcW w:type="dxa" w:w="2551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Arial" w:hAnsi="Arial"/>
                <w:sz w:val="18"/>
              </w:rPr>
              <w:t>................................</w:t>
            </w:r>
          </w:p>
        </w:tc>
        <w:tc>
          <w:tcPr>
            <w:tcW w:type="dxa" w:w="2551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Arial" w:hAnsi="Arial"/>
                <w:sz w:val="18"/>
              </w:rPr>
              <w:t>................................</w:t>
            </w:r>
          </w:p>
        </w:tc>
      </w:tr>
      <w:tr>
        <w:tc>
          <w:tcPr>
            <w:tcW w:type="dxa" w:w="3969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Arial" w:hAnsi="Arial"/>
                <w:sz w:val="18"/>
              </w:rPr>
              <w:t>Poziom AdBlue</w:t>
            </w:r>
          </w:p>
        </w:tc>
        <w:tc>
          <w:tcPr>
            <w:tcW w:type="dxa" w:w="2551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Arial" w:hAnsi="Arial"/>
                <w:sz w:val="18"/>
              </w:rPr>
              <w:t>................................</w:t>
            </w:r>
          </w:p>
        </w:tc>
        <w:tc>
          <w:tcPr>
            <w:tcW w:type="dxa" w:w="2551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Arial" w:hAnsi="Arial"/>
                <w:sz w:val="18"/>
              </w:rPr>
              <w:t>................................</w:t>
            </w:r>
          </w:p>
        </w:tc>
      </w:tr>
      <w:tr>
        <w:tc>
          <w:tcPr>
            <w:tcW w:type="dxa" w:w="3969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Arial" w:hAnsi="Arial"/>
                <w:sz w:val="18"/>
              </w:rPr>
              <w:t>Liczba kluczyków</w:t>
            </w:r>
          </w:p>
        </w:tc>
        <w:tc>
          <w:tcPr>
            <w:tcW w:type="dxa" w:w="2551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Arial" w:hAnsi="Arial"/>
                <w:sz w:val="18"/>
              </w:rPr>
              <w:t>................................</w:t>
            </w:r>
          </w:p>
        </w:tc>
        <w:tc>
          <w:tcPr>
            <w:tcW w:type="dxa" w:w="2551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Arial" w:hAnsi="Arial"/>
                <w:sz w:val="18"/>
              </w:rPr>
              <w:t>................................</w:t>
            </w:r>
          </w:p>
        </w:tc>
      </w:tr>
      <w:tr>
        <w:tc>
          <w:tcPr>
            <w:tcW w:type="dxa" w:w="3969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Arial" w:hAnsi="Arial"/>
                <w:sz w:val="18"/>
              </w:rPr>
              <w:t>Dokumenty pojazdu</w:t>
            </w:r>
          </w:p>
        </w:tc>
        <w:tc>
          <w:tcPr>
            <w:tcW w:type="dxa" w:w="2551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Arial" w:hAnsi="Arial"/>
                <w:sz w:val="18"/>
              </w:rPr>
              <w:t>................................</w:t>
            </w:r>
          </w:p>
        </w:tc>
        <w:tc>
          <w:tcPr>
            <w:tcW w:type="dxa" w:w="2551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Arial" w:hAnsi="Arial"/>
                <w:sz w:val="18"/>
              </w:rPr>
              <w:t>................................</w:t>
            </w:r>
          </w:p>
        </w:tc>
      </w:tr>
    </w:tbl>
    <w:p>
      <w:pPr>
        <w:pStyle w:val="Heading1"/>
        <w:spacing w:before="120" w:after="60"/>
      </w:pPr>
      <w:r>
        <w:t>2. Stan czystości i instalacji sanitarnych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78"/>
        <w:gridCol w:w="2578"/>
        <w:gridCol w:w="2578"/>
        <w:gridCol w:w="2578"/>
      </w:tblGrid>
      <w:tr>
        <w:trPr>
          <w:tblHeader w:val="true"/>
        </w:trPr>
        <w:tc>
          <w:tcPr>
            <w:tcW w:type="dxa" w:w="3969"/>
            <w:shd w:fill="D9EAD3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Arial" w:hAnsi="Arial"/>
                <w:b/>
                <w:sz w:val="18"/>
              </w:rPr>
              <w:t>Pozycja</w:t>
            </w:r>
          </w:p>
        </w:tc>
        <w:tc>
          <w:tcPr>
            <w:tcW w:type="dxa" w:w="1701"/>
            <w:shd w:fill="D9EAD3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Arial" w:hAnsi="Arial"/>
                <w:b/>
                <w:sz w:val="18"/>
              </w:rPr>
              <w:t>Wydanie</w:t>
            </w:r>
          </w:p>
        </w:tc>
        <w:tc>
          <w:tcPr>
            <w:tcW w:type="dxa" w:w="1701"/>
            <w:shd w:fill="D9EAD3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Arial" w:hAnsi="Arial"/>
                <w:b/>
                <w:sz w:val="18"/>
              </w:rPr>
              <w:t>Zwrot</w:t>
            </w:r>
          </w:p>
        </w:tc>
        <w:tc>
          <w:tcPr>
            <w:tcW w:type="dxa" w:w="2268"/>
            <w:shd w:fill="D9EAD3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Arial" w:hAnsi="Arial"/>
                <w:b/>
                <w:sz w:val="18"/>
              </w:rPr>
              <w:t>Uwagi</w:t>
            </w:r>
          </w:p>
        </w:tc>
      </w:tr>
      <w:tr>
        <w:tc>
          <w:tcPr>
            <w:tcW w:type="dxa" w:w="3969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Arial" w:hAnsi="Arial"/>
                <w:sz w:val="18"/>
              </w:rPr>
              <w:t>Wnętrze czyste</w:t>
            </w:r>
          </w:p>
        </w:tc>
        <w:tc>
          <w:tcPr>
            <w:tcW w:type="dxa" w:w="1701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Arial" w:hAnsi="Arial"/>
                <w:sz w:val="18"/>
              </w:rPr>
              <w:t>□ tak  □ nie</w:t>
            </w:r>
          </w:p>
        </w:tc>
        <w:tc>
          <w:tcPr>
            <w:tcW w:type="dxa" w:w="1701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Arial" w:hAnsi="Arial"/>
                <w:sz w:val="18"/>
              </w:rPr>
              <w:t>□ tak  □ nie</w:t>
            </w:r>
          </w:p>
        </w:tc>
        <w:tc>
          <w:tcPr>
            <w:tcW w:type="dxa" w:w="2268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Arial" w:hAnsi="Arial"/>
                <w:sz w:val="18"/>
              </w:rPr>
              <w:t>........................</w:t>
            </w:r>
          </w:p>
        </w:tc>
      </w:tr>
      <w:tr>
        <w:tc>
          <w:tcPr>
            <w:tcW w:type="dxa" w:w="3969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Arial" w:hAnsi="Arial"/>
                <w:sz w:val="18"/>
              </w:rPr>
              <w:t>Nadwozie umyte</w:t>
            </w:r>
          </w:p>
        </w:tc>
        <w:tc>
          <w:tcPr>
            <w:tcW w:type="dxa" w:w="1701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Arial" w:hAnsi="Arial"/>
                <w:sz w:val="18"/>
              </w:rPr>
              <w:t>□ tak  □ nie</w:t>
            </w:r>
          </w:p>
        </w:tc>
        <w:tc>
          <w:tcPr>
            <w:tcW w:type="dxa" w:w="1701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Arial" w:hAnsi="Arial"/>
                <w:sz w:val="18"/>
              </w:rPr>
              <w:t>□ tak  □ nie</w:t>
            </w:r>
          </w:p>
        </w:tc>
        <w:tc>
          <w:tcPr>
            <w:tcW w:type="dxa" w:w="2268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Arial" w:hAnsi="Arial"/>
                <w:sz w:val="18"/>
              </w:rPr>
              <w:t>........................</w:t>
            </w:r>
          </w:p>
        </w:tc>
      </w:tr>
      <w:tr>
        <w:tc>
          <w:tcPr>
            <w:tcW w:type="dxa" w:w="3969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Arial" w:hAnsi="Arial"/>
                <w:sz w:val="18"/>
              </w:rPr>
              <w:t>Kaseta WC opróżniona i czysta</w:t>
            </w:r>
          </w:p>
        </w:tc>
        <w:tc>
          <w:tcPr>
            <w:tcW w:type="dxa" w:w="1701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Arial" w:hAnsi="Arial"/>
                <w:sz w:val="18"/>
              </w:rPr>
              <w:t>□ tak  □ nie</w:t>
            </w:r>
          </w:p>
        </w:tc>
        <w:tc>
          <w:tcPr>
            <w:tcW w:type="dxa" w:w="1701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Arial" w:hAnsi="Arial"/>
                <w:sz w:val="18"/>
              </w:rPr>
              <w:t>□ tak  □ nie</w:t>
            </w:r>
          </w:p>
        </w:tc>
        <w:tc>
          <w:tcPr>
            <w:tcW w:type="dxa" w:w="2268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Arial" w:hAnsi="Arial"/>
                <w:sz w:val="18"/>
              </w:rPr>
              <w:t>........................</w:t>
            </w:r>
          </w:p>
        </w:tc>
      </w:tr>
      <w:tr>
        <w:tc>
          <w:tcPr>
            <w:tcW w:type="dxa" w:w="3969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Arial" w:hAnsi="Arial"/>
                <w:sz w:val="18"/>
              </w:rPr>
              <w:t>Zbiornik szarej wody opróżniony</w:t>
            </w:r>
          </w:p>
        </w:tc>
        <w:tc>
          <w:tcPr>
            <w:tcW w:type="dxa" w:w="1701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Arial" w:hAnsi="Arial"/>
                <w:sz w:val="18"/>
              </w:rPr>
              <w:t>□ tak  □ nie</w:t>
            </w:r>
          </w:p>
        </w:tc>
        <w:tc>
          <w:tcPr>
            <w:tcW w:type="dxa" w:w="1701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Arial" w:hAnsi="Arial"/>
                <w:sz w:val="18"/>
              </w:rPr>
              <w:t>□ tak  □ nie</w:t>
            </w:r>
          </w:p>
        </w:tc>
        <w:tc>
          <w:tcPr>
            <w:tcW w:type="dxa" w:w="2268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Arial" w:hAnsi="Arial"/>
                <w:sz w:val="18"/>
              </w:rPr>
              <w:t>........................</w:t>
            </w:r>
          </w:p>
        </w:tc>
      </w:tr>
      <w:tr>
        <w:tc>
          <w:tcPr>
            <w:tcW w:type="dxa" w:w="3969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Arial" w:hAnsi="Arial"/>
                <w:sz w:val="18"/>
              </w:rPr>
              <w:t>Zbiornik czystej wody</w:t>
            </w:r>
          </w:p>
        </w:tc>
        <w:tc>
          <w:tcPr>
            <w:tcW w:type="dxa" w:w="1701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Arial" w:hAnsi="Arial"/>
                <w:sz w:val="18"/>
              </w:rPr>
              <w:t>□ tak  □ nie</w:t>
            </w:r>
          </w:p>
        </w:tc>
        <w:tc>
          <w:tcPr>
            <w:tcW w:type="dxa" w:w="1701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Arial" w:hAnsi="Arial"/>
                <w:sz w:val="18"/>
              </w:rPr>
              <w:t>□ tak  □ nie</w:t>
            </w:r>
          </w:p>
        </w:tc>
        <w:tc>
          <w:tcPr>
            <w:tcW w:type="dxa" w:w="2268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Arial" w:hAnsi="Arial"/>
                <w:sz w:val="18"/>
              </w:rPr>
              <w:t>........................</w:t>
            </w:r>
          </w:p>
        </w:tc>
      </w:tr>
      <w:tr>
        <w:tc>
          <w:tcPr>
            <w:tcW w:type="dxa" w:w="3969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Arial" w:hAnsi="Arial"/>
                <w:sz w:val="18"/>
              </w:rPr>
              <w:t>Lodówka czysta</w:t>
            </w:r>
          </w:p>
        </w:tc>
        <w:tc>
          <w:tcPr>
            <w:tcW w:type="dxa" w:w="1701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Arial" w:hAnsi="Arial"/>
                <w:sz w:val="18"/>
              </w:rPr>
              <w:t>□ tak  □ nie</w:t>
            </w:r>
          </w:p>
        </w:tc>
        <w:tc>
          <w:tcPr>
            <w:tcW w:type="dxa" w:w="1701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Arial" w:hAnsi="Arial"/>
                <w:sz w:val="18"/>
              </w:rPr>
              <w:t>□ tak  □ nie</w:t>
            </w:r>
          </w:p>
        </w:tc>
        <w:tc>
          <w:tcPr>
            <w:tcW w:type="dxa" w:w="2268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Arial" w:hAnsi="Arial"/>
                <w:sz w:val="18"/>
              </w:rPr>
              <w:t>........................</w:t>
            </w:r>
          </w:p>
        </w:tc>
      </w:tr>
      <w:tr>
        <w:tc>
          <w:tcPr>
            <w:tcW w:type="dxa" w:w="3969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Arial" w:hAnsi="Arial"/>
                <w:sz w:val="18"/>
              </w:rPr>
              <w:t>Kuchenka / zlew czyste</w:t>
            </w:r>
          </w:p>
        </w:tc>
        <w:tc>
          <w:tcPr>
            <w:tcW w:type="dxa" w:w="1701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Arial" w:hAnsi="Arial"/>
                <w:sz w:val="18"/>
              </w:rPr>
              <w:t>□ tak  □ nie</w:t>
            </w:r>
          </w:p>
        </w:tc>
        <w:tc>
          <w:tcPr>
            <w:tcW w:type="dxa" w:w="1701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Arial" w:hAnsi="Arial"/>
                <w:sz w:val="18"/>
              </w:rPr>
              <w:t>□ tak  □ nie</w:t>
            </w:r>
          </w:p>
        </w:tc>
        <w:tc>
          <w:tcPr>
            <w:tcW w:type="dxa" w:w="2268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Arial" w:hAnsi="Arial"/>
                <w:sz w:val="18"/>
              </w:rPr>
              <w:t>........................</w:t>
            </w:r>
          </w:p>
        </w:tc>
      </w:tr>
    </w:tbl>
    <w:p>
      <w:pPr>
        <w:pStyle w:val="Heading1"/>
        <w:spacing w:before="120" w:after="60"/>
      </w:pPr>
      <w:r>
        <w:t>3. Stan zewnętrzny pojazdu</w:t>
      </w:r>
    </w:p>
    <w:p>
      <w:pPr>
        <w:spacing w:after="40" w:line="252" w:lineRule="auto"/>
      </w:pPr>
      <w:r>
        <w:t>Oznaczyć wszystkie istniejące uszkodzenia: rysy, wgniecenia, pęknięcia, odpryski, uszkodzenia szyb, lusterek, świateł, markizy, bagażników, felg i opon.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37"/>
        <w:gridCol w:w="3437"/>
        <w:gridCol w:w="3437"/>
      </w:tblGrid>
      <w:tr>
        <w:trPr>
          <w:tblHeader w:val="true"/>
        </w:trPr>
        <w:tc>
          <w:tcPr>
            <w:tcW w:type="dxa" w:w="2835"/>
            <w:shd w:fill="D9EAD3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Arial" w:hAnsi="Arial"/>
                <w:b/>
                <w:sz w:val="18"/>
              </w:rPr>
              <w:t>Element</w:t>
            </w:r>
          </w:p>
        </w:tc>
        <w:tc>
          <w:tcPr>
            <w:tcW w:type="dxa" w:w="3118"/>
            <w:shd w:fill="D9EAD3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Arial" w:hAnsi="Arial"/>
                <w:b/>
                <w:sz w:val="18"/>
              </w:rPr>
              <w:t>Wydanie</w:t>
            </w:r>
          </w:p>
        </w:tc>
        <w:tc>
          <w:tcPr>
            <w:tcW w:type="dxa" w:w="3118"/>
            <w:shd w:fill="D9EAD3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Arial" w:hAnsi="Arial"/>
                <w:b/>
                <w:sz w:val="18"/>
              </w:rPr>
              <w:t>Zwrot / uwagi</w:t>
            </w:r>
          </w:p>
        </w:tc>
      </w:tr>
      <w:tr>
        <w:tc>
          <w:tcPr>
            <w:tcW w:type="dxa" w:w="2835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Arial" w:hAnsi="Arial"/>
                <w:sz w:val="18"/>
              </w:rPr>
              <w:t>Przód</w:t>
            </w:r>
          </w:p>
        </w:tc>
        <w:tc>
          <w:tcPr>
            <w:tcW w:type="dxa" w:w="3118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Arial" w:hAnsi="Arial"/>
                <w:sz w:val="18"/>
              </w:rPr>
              <w:t>................................</w:t>
            </w:r>
          </w:p>
        </w:tc>
        <w:tc>
          <w:tcPr>
            <w:tcW w:type="dxa" w:w="3118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Arial" w:hAnsi="Arial"/>
                <w:sz w:val="18"/>
              </w:rPr>
              <w:t>................................</w:t>
            </w:r>
          </w:p>
        </w:tc>
      </w:tr>
      <w:tr>
        <w:tc>
          <w:tcPr>
            <w:tcW w:type="dxa" w:w="2835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Arial" w:hAnsi="Arial"/>
                <w:sz w:val="18"/>
              </w:rPr>
              <w:t>Tył</w:t>
            </w:r>
          </w:p>
        </w:tc>
        <w:tc>
          <w:tcPr>
            <w:tcW w:type="dxa" w:w="3118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Arial" w:hAnsi="Arial"/>
                <w:sz w:val="18"/>
              </w:rPr>
              <w:t>................................</w:t>
            </w:r>
          </w:p>
        </w:tc>
        <w:tc>
          <w:tcPr>
            <w:tcW w:type="dxa" w:w="3118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Arial" w:hAnsi="Arial"/>
                <w:sz w:val="18"/>
              </w:rPr>
              <w:t>................................</w:t>
            </w:r>
          </w:p>
        </w:tc>
      </w:tr>
      <w:tr>
        <w:tc>
          <w:tcPr>
            <w:tcW w:type="dxa" w:w="2835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Arial" w:hAnsi="Arial"/>
                <w:sz w:val="18"/>
              </w:rPr>
              <w:t>Lewy bok</w:t>
            </w:r>
          </w:p>
        </w:tc>
        <w:tc>
          <w:tcPr>
            <w:tcW w:type="dxa" w:w="3118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Arial" w:hAnsi="Arial"/>
                <w:sz w:val="18"/>
              </w:rPr>
              <w:t>................................</w:t>
            </w:r>
          </w:p>
        </w:tc>
        <w:tc>
          <w:tcPr>
            <w:tcW w:type="dxa" w:w="3118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Arial" w:hAnsi="Arial"/>
                <w:sz w:val="18"/>
              </w:rPr>
              <w:t>................................</w:t>
            </w:r>
          </w:p>
        </w:tc>
      </w:tr>
      <w:tr>
        <w:tc>
          <w:tcPr>
            <w:tcW w:type="dxa" w:w="2835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Arial" w:hAnsi="Arial"/>
                <w:sz w:val="18"/>
              </w:rPr>
              <w:t>Prawy bok</w:t>
            </w:r>
          </w:p>
        </w:tc>
        <w:tc>
          <w:tcPr>
            <w:tcW w:type="dxa" w:w="3118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Arial" w:hAnsi="Arial"/>
                <w:sz w:val="18"/>
              </w:rPr>
              <w:t>................................</w:t>
            </w:r>
          </w:p>
        </w:tc>
        <w:tc>
          <w:tcPr>
            <w:tcW w:type="dxa" w:w="3118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Arial" w:hAnsi="Arial"/>
                <w:sz w:val="18"/>
              </w:rPr>
              <w:t>................................</w:t>
            </w:r>
          </w:p>
        </w:tc>
      </w:tr>
      <w:tr>
        <w:tc>
          <w:tcPr>
            <w:tcW w:type="dxa" w:w="2835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Arial" w:hAnsi="Arial"/>
                <w:sz w:val="18"/>
              </w:rPr>
              <w:t>Dach / markiza</w:t>
            </w:r>
          </w:p>
        </w:tc>
        <w:tc>
          <w:tcPr>
            <w:tcW w:type="dxa" w:w="3118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Arial" w:hAnsi="Arial"/>
                <w:sz w:val="18"/>
              </w:rPr>
              <w:t>................................</w:t>
            </w:r>
          </w:p>
        </w:tc>
        <w:tc>
          <w:tcPr>
            <w:tcW w:type="dxa" w:w="3118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Arial" w:hAnsi="Arial"/>
                <w:sz w:val="18"/>
              </w:rPr>
              <w:t>................................</w:t>
            </w:r>
          </w:p>
        </w:tc>
      </w:tr>
      <w:tr>
        <w:tc>
          <w:tcPr>
            <w:tcW w:type="dxa" w:w="2835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Arial" w:hAnsi="Arial"/>
                <w:sz w:val="18"/>
              </w:rPr>
              <w:t>Szyby / lusterka</w:t>
            </w:r>
          </w:p>
        </w:tc>
        <w:tc>
          <w:tcPr>
            <w:tcW w:type="dxa" w:w="3118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Arial" w:hAnsi="Arial"/>
                <w:sz w:val="18"/>
              </w:rPr>
              <w:t>................................</w:t>
            </w:r>
          </w:p>
        </w:tc>
        <w:tc>
          <w:tcPr>
            <w:tcW w:type="dxa" w:w="3118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Arial" w:hAnsi="Arial"/>
                <w:sz w:val="18"/>
              </w:rPr>
              <w:t>................................</w:t>
            </w:r>
          </w:p>
        </w:tc>
      </w:tr>
      <w:tr>
        <w:tc>
          <w:tcPr>
            <w:tcW w:type="dxa" w:w="2835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Arial" w:hAnsi="Arial"/>
                <w:sz w:val="18"/>
              </w:rPr>
              <w:t>Felgi / opony</w:t>
            </w:r>
          </w:p>
        </w:tc>
        <w:tc>
          <w:tcPr>
            <w:tcW w:type="dxa" w:w="3118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Arial" w:hAnsi="Arial"/>
                <w:sz w:val="18"/>
              </w:rPr>
              <w:t>................................</w:t>
            </w:r>
          </w:p>
        </w:tc>
        <w:tc>
          <w:tcPr>
            <w:tcW w:type="dxa" w:w="3118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Arial" w:hAnsi="Arial"/>
                <w:sz w:val="18"/>
              </w:rPr>
              <w:t>................................</w:t>
            </w:r>
          </w:p>
        </w:tc>
      </w:tr>
      <w:tr>
        <w:tc>
          <w:tcPr>
            <w:tcW w:type="dxa" w:w="2835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Arial" w:hAnsi="Arial"/>
                <w:sz w:val="18"/>
              </w:rPr>
              <w:t>Inne</w:t>
            </w:r>
          </w:p>
        </w:tc>
        <w:tc>
          <w:tcPr>
            <w:tcW w:type="dxa" w:w="3118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Arial" w:hAnsi="Arial"/>
                <w:sz w:val="18"/>
              </w:rPr>
              <w:t>................................</w:t>
            </w:r>
          </w:p>
        </w:tc>
        <w:tc>
          <w:tcPr>
            <w:tcW w:type="dxa" w:w="3118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Arial" w:hAnsi="Arial"/>
                <w:sz w:val="18"/>
              </w:rPr>
              <w:t>................................</w:t>
            </w:r>
          </w:p>
        </w:tc>
      </w:tr>
    </w:tbl>
    <w:p>
      <w:pPr>
        <w:pStyle w:val="Heading1"/>
        <w:spacing w:before="120" w:after="60"/>
      </w:pPr>
      <w:r>
        <w:t>4. Stan wnętrza i instalacji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37"/>
        <w:gridCol w:w="3437"/>
        <w:gridCol w:w="3437"/>
      </w:tblGrid>
      <w:tr>
        <w:trPr>
          <w:tblHeader w:val="true"/>
        </w:trPr>
        <w:tc>
          <w:tcPr>
            <w:tcW w:type="dxa" w:w="3402"/>
            <w:shd w:fill="D9EAD3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Arial" w:hAnsi="Arial"/>
                <w:b/>
                <w:sz w:val="18"/>
              </w:rPr>
              <w:t>Element</w:t>
            </w:r>
          </w:p>
        </w:tc>
        <w:tc>
          <w:tcPr>
            <w:tcW w:type="dxa" w:w="2835"/>
            <w:shd w:fill="D9EAD3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Arial" w:hAnsi="Arial"/>
                <w:b/>
                <w:sz w:val="18"/>
              </w:rPr>
              <w:t>Wydanie</w:t>
            </w:r>
          </w:p>
        </w:tc>
        <w:tc>
          <w:tcPr>
            <w:tcW w:type="dxa" w:w="2835"/>
            <w:shd w:fill="D9EAD3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Arial" w:hAnsi="Arial"/>
                <w:b/>
                <w:sz w:val="18"/>
              </w:rPr>
              <w:t>Zwrot / uwagi</w:t>
            </w:r>
          </w:p>
        </w:tc>
      </w:tr>
      <w:tr>
        <w:tc>
          <w:tcPr>
            <w:tcW w:type="dxa" w:w="3402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Arial" w:hAnsi="Arial"/>
                <w:sz w:val="18"/>
              </w:rPr>
              <w:t>Meble / zamki / blaty</w:t>
            </w:r>
          </w:p>
        </w:tc>
        <w:tc>
          <w:tcPr>
            <w:tcW w:type="dxa" w:w="2835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Arial" w:hAnsi="Arial"/>
                <w:sz w:val="18"/>
              </w:rPr>
              <w:t>□ sprawne  □ uwagi</w:t>
            </w:r>
          </w:p>
        </w:tc>
        <w:tc>
          <w:tcPr>
            <w:tcW w:type="dxa" w:w="2835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Arial" w:hAnsi="Arial"/>
                <w:sz w:val="18"/>
              </w:rPr>
              <w:t>□ sprawne  □ uwagi</w:t>
            </w:r>
          </w:p>
        </w:tc>
      </w:tr>
      <w:tr>
        <w:tc>
          <w:tcPr>
            <w:tcW w:type="dxa" w:w="3402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Arial" w:hAnsi="Arial"/>
                <w:sz w:val="18"/>
              </w:rPr>
              <w:t>Tapicerka / materace</w:t>
            </w:r>
          </w:p>
        </w:tc>
        <w:tc>
          <w:tcPr>
            <w:tcW w:type="dxa" w:w="2835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Arial" w:hAnsi="Arial"/>
                <w:sz w:val="18"/>
              </w:rPr>
              <w:t>□ sprawne  □ uwagi</w:t>
            </w:r>
          </w:p>
        </w:tc>
        <w:tc>
          <w:tcPr>
            <w:tcW w:type="dxa" w:w="2835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Arial" w:hAnsi="Arial"/>
                <w:sz w:val="18"/>
              </w:rPr>
              <w:t>□ sprawne  □ uwagi</w:t>
            </w:r>
          </w:p>
        </w:tc>
      </w:tr>
      <w:tr>
        <w:tc>
          <w:tcPr>
            <w:tcW w:type="dxa" w:w="3402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Arial" w:hAnsi="Arial"/>
                <w:sz w:val="18"/>
              </w:rPr>
              <w:t>Łazienka / WC</w:t>
            </w:r>
          </w:p>
        </w:tc>
        <w:tc>
          <w:tcPr>
            <w:tcW w:type="dxa" w:w="2835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Arial" w:hAnsi="Arial"/>
                <w:sz w:val="18"/>
              </w:rPr>
              <w:t>□ sprawne  □ uwagi</w:t>
            </w:r>
          </w:p>
        </w:tc>
        <w:tc>
          <w:tcPr>
            <w:tcW w:type="dxa" w:w="2835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Arial" w:hAnsi="Arial"/>
                <w:sz w:val="18"/>
              </w:rPr>
              <w:t>□ sprawne  □ uwagi</w:t>
            </w:r>
          </w:p>
        </w:tc>
      </w:tr>
      <w:tr>
        <w:tc>
          <w:tcPr>
            <w:tcW w:type="dxa" w:w="3402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Arial" w:hAnsi="Arial"/>
                <w:sz w:val="18"/>
              </w:rPr>
              <w:t>Kuchnia / lodówka</w:t>
            </w:r>
          </w:p>
        </w:tc>
        <w:tc>
          <w:tcPr>
            <w:tcW w:type="dxa" w:w="2835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Arial" w:hAnsi="Arial"/>
                <w:sz w:val="18"/>
              </w:rPr>
              <w:t>□ sprawne  □ uwagi</w:t>
            </w:r>
          </w:p>
        </w:tc>
        <w:tc>
          <w:tcPr>
            <w:tcW w:type="dxa" w:w="2835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Arial" w:hAnsi="Arial"/>
                <w:sz w:val="18"/>
              </w:rPr>
              <w:t>□ sprawne  □ uwagi</w:t>
            </w:r>
          </w:p>
        </w:tc>
      </w:tr>
      <w:tr>
        <w:tc>
          <w:tcPr>
            <w:tcW w:type="dxa" w:w="3402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Arial" w:hAnsi="Arial"/>
                <w:sz w:val="18"/>
              </w:rPr>
              <w:t>Ogrzewanie / bojler</w:t>
            </w:r>
          </w:p>
        </w:tc>
        <w:tc>
          <w:tcPr>
            <w:tcW w:type="dxa" w:w="2835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Arial" w:hAnsi="Arial"/>
                <w:sz w:val="18"/>
              </w:rPr>
              <w:t>□ sprawne  □ uwagi</w:t>
            </w:r>
          </w:p>
        </w:tc>
        <w:tc>
          <w:tcPr>
            <w:tcW w:type="dxa" w:w="2835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Arial" w:hAnsi="Arial"/>
                <w:sz w:val="18"/>
              </w:rPr>
              <w:t>□ sprawne  □ uwagi</w:t>
            </w:r>
          </w:p>
        </w:tc>
      </w:tr>
      <w:tr>
        <w:tc>
          <w:tcPr>
            <w:tcW w:type="dxa" w:w="3402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Arial" w:hAnsi="Arial"/>
                <w:sz w:val="18"/>
              </w:rPr>
              <w:t>Instalacja 12 V / 230 V</w:t>
            </w:r>
          </w:p>
        </w:tc>
        <w:tc>
          <w:tcPr>
            <w:tcW w:type="dxa" w:w="2835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Arial" w:hAnsi="Arial"/>
                <w:sz w:val="18"/>
              </w:rPr>
              <w:t>□ sprawne  □ uwagi</w:t>
            </w:r>
          </w:p>
        </w:tc>
        <w:tc>
          <w:tcPr>
            <w:tcW w:type="dxa" w:w="2835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Arial" w:hAnsi="Arial"/>
                <w:sz w:val="18"/>
              </w:rPr>
              <w:t>□ sprawne  □ uwagi</w:t>
            </w:r>
          </w:p>
        </w:tc>
      </w:tr>
      <w:tr>
        <w:tc>
          <w:tcPr>
            <w:tcW w:type="dxa" w:w="3402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Arial" w:hAnsi="Arial"/>
                <w:sz w:val="18"/>
              </w:rPr>
              <w:t>Instalacja wodna</w:t>
            </w:r>
          </w:p>
        </w:tc>
        <w:tc>
          <w:tcPr>
            <w:tcW w:type="dxa" w:w="2835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Arial" w:hAnsi="Arial"/>
                <w:sz w:val="18"/>
              </w:rPr>
              <w:t>□ sprawne  □ uwagi</w:t>
            </w:r>
          </w:p>
        </w:tc>
        <w:tc>
          <w:tcPr>
            <w:tcW w:type="dxa" w:w="2835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Arial" w:hAnsi="Arial"/>
                <w:sz w:val="18"/>
              </w:rPr>
              <w:t>□ sprawne  □ uwagi</w:t>
            </w:r>
          </w:p>
        </w:tc>
      </w:tr>
      <w:tr>
        <w:tc>
          <w:tcPr>
            <w:tcW w:type="dxa" w:w="3402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Arial" w:hAnsi="Arial"/>
                <w:sz w:val="18"/>
              </w:rPr>
              <w:t>Rolety / moskitiery</w:t>
            </w:r>
          </w:p>
        </w:tc>
        <w:tc>
          <w:tcPr>
            <w:tcW w:type="dxa" w:w="2835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Arial" w:hAnsi="Arial"/>
                <w:sz w:val="18"/>
              </w:rPr>
              <w:t>□ sprawne  □ uwagi</w:t>
            </w:r>
          </w:p>
        </w:tc>
        <w:tc>
          <w:tcPr>
            <w:tcW w:type="dxa" w:w="2835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Arial" w:hAnsi="Arial"/>
                <w:sz w:val="18"/>
              </w:rPr>
              <w:t>□ sprawne  □ uwagi</w:t>
            </w:r>
          </w:p>
        </w:tc>
      </w:tr>
      <w:tr>
        <w:tc>
          <w:tcPr>
            <w:tcW w:type="dxa" w:w="3402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Arial" w:hAnsi="Arial"/>
                <w:sz w:val="18"/>
              </w:rPr>
              <w:t>Inne</w:t>
            </w:r>
          </w:p>
        </w:tc>
        <w:tc>
          <w:tcPr>
            <w:tcW w:type="dxa" w:w="2835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Arial" w:hAnsi="Arial"/>
                <w:sz w:val="18"/>
              </w:rPr>
              <w:t>□ sprawne  □ uwagi</w:t>
            </w:r>
          </w:p>
        </w:tc>
        <w:tc>
          <w:tcPr>
            <w:tcW w:type="dxa" w:w="2835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Arial" w:hAnsi="Arial"/>
                <w:sz w:val="18"/>
              </w:rPr>
              <w:t>□ sprawne  □ uwagi</w:t>
            </w:r>
          </w:p>
        </w:tc>
      </w:tr>
    </w:tbl>
    <w:p>
      <w:pPr>
        <w:pStyle w:val="Heading1"/>
        <w:spacing w:before="120" w:after="60"/>
      </w:pPr>
      <w:r>
        <w:t>5. Wyposażenie przekazane Najemcy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78"/>
        <w:gridCol w:w="2578"/>
        <w:gridCol w:w="2578"/>
        <w:gridCol w:w="2578"/>
      </w:tblGrid>
      <w:tr>
        <w:trPr>
          <w:tblHeader w:val="true"/>
        </w:trPr>
        <w:tc>
          <w:tcPr>
            <w:tcW w:type="dxa" w:w="3402"/>
            <w:shd w:fill="D9EAD3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Arial" w:hAnsi="Arial"/>
                <w:b/>
                <w:sz w:val="18"/>
              </w:rPr>
              <w:t>Wyposażenie</w:t>
            </w:r>
          </w:p>
        </w:tc>
        <w:tc>
          <w:tcPr>
            <w:tcW w:type="dxa" w:w="1134"/>
            <w:shd w:fill="D9EAD3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Arial" w:hAnsi="Arial"/>
                <w:b/>
                <w:sz w:val="18"/>
              </w:rPr>
              <w:t>Liczba</w:t>
            </w:r>
          </w:p>
        </w:tc>
        <w:tc>
          <w:tcPr>
            <w:tcW w:type="dxa" w:w="1701"/>
            <w:shd w:fill="D9EAD3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Arial" w:hAnsi="Arial"/>
                <w:b/>
                <w:sz w:val="18"/>
              </w:rPr>
              <w:t>Wydanie</w:t>
            </w:r>
          </w:p>
        </w:tc>
        <w:tc>
          <w:tcPr>
            <w:tcW w:type="dxa" w:w="2835"/>
            <w:shd w:fill="D9EAD3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Arial" w:hAnsi="Arial"/>
                <w:b/>
                <w:sz w:val="18"/>
              </w:rPr>
              <w:t>Zwrot / uwagi</w:t>
            </w:r>
          </w:p>
        </w:tc>
      </w:tr>
      <w:tr>
        <w:tc>
          <w:tcPr>
            <w:tcW w:type="dxa" w:w="3402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Arial" w:hAnsi="Arial"/>
                <w:sz w:val="18"/>
              </w:rPr>
              <w:t>Kabel 230 V</w:t>
            </w:r>
          </w:p>
        </w:tc>
        <w:tc>
          <w:tcPr>
            <w:tcW w:type="dxa" w:w="1134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Arial" w:hAnsi="Arial"/>
                <w:sz w:val="18"/>
              </w:rPr>
              <w:t>........</w:t>
            </w:r>
          </w:p>
        </w:tc>
        <w:tc>
          <w:tcPr>
            <w:tcW w:type="dxa" w:w="1701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Arial" w:hAnsi="Arial"/>
                <w:sz w:val="18"/>
              </w:rPr>
              <w:t>□ jest</w:t>
            </w:r>
          </w:p>
        </w:tc>
        <w:tc>
          <w:tcPr>
            <w:tcW w:type="dxa" w:w="2835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Arial" w:hAnsi="Arial"/>
                <w:sz w:val="18"/>
              </w:rPr>
              <w:t>□ jest  ........................</w:t>
            </w:r>
          </w:p>
        </w:tc>
      </w:tr>
      <w:tr>
        <w:tc>
          <w:tcPr>
            <w:tcW w:type="dxa" w:w="3402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Arial" w:hAnsi="Arial"/>
                <w:sz w:val="18"/>
              </w:rPr>
              <w:t>Przewód do wody</w:t>
            </w:r>
          </w:p>
        </w:tc>
        <w:tc>
          <w:tcPr>
            <w:tcW w:type="dxa" w:w="1134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Arial" w:hAnsi="Arial"/>
                <w:sz w:val="18"/>
              </w:rPr>
              <w:t>........</w:t>
            </w:r>
          </w:p>
        </w:tc>
        <w:tc>
          <w:tcPr>
            <w:tcW w:type="dxa" w:w="1701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Arial" w:hAnsi="Arial"/>
                <w:sz w:val="18"/>
              </w:rPr>
              <w:t>□ jest</w:t>
            </w:r>
          </w:p>
        </w:tc>
        <w:tc>
          <w:tcPr>
            <w:tcW w:type="dxa" w:w="2835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Arial" w:hAnsi="Arial"/>
                <w:sz w:val="18"/>
              </w:rPr>
              <w:t>□ jest  ........................</w:t>
            </w:r>
          </w:p>
        </w:tc>
      </w:tr>
      <w:tr>
        <w:tc>
          <w:tcPr>
            <w:tcW w:type="dxa" w:w="3402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Arial" w:hAnsi="Arial"/>
                <w:sz w:val="18"/>
              </w:rPr>
              <w:t>Najazdy poziomujące</w:t>
            </w:r>
          </w:p>
        </w:tc>
        <w:tc>
          <w:tcPr>
            <w:tcW w:type="dxa" w:w="1134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Arial" w:hAnsi="Arial"/>
                <w:sz w:val="18"/>
              </w:rPr>
              <w:t>........</w:t>
            </w:r>
          </w:p>
        </w:tc>
        <w:tc>
          <w:tcPr>
            <w:tcW w:type="dxa" w:w="1701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Arial" w:hAnsi="Arial"/>
                <w:sz w:val="18"/>
              </w:rPr>
              <w:t>□ jest</w:t>
            </w:r>
          </w:p>
        </w:tc>
        <w:tc>
          <w:tcPr>
            <w:tcW w:type="dxa" w:w="2835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Arial" w:hAnsi="Arial"/>
                <w:sz w:val="18"/>
              </w:rPr>
              <w:t>□ jest  ........................</w:t>
            </w:r>
          </w:p>
        </w:tc>
      </w:tr>
      <w:tr>
        <w:tc>
          <w:tcPr>
            <w:tcW w:type="dxa" w:w="3402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Arial" w:hAnsi="Arial"/>
                <w:sz w:val="18"/>
              </w:rPr>
              <w:t>Stół kempingowy</w:t>
            </w:r>
          </w:p>
        </w:tc>
        <w:tc>
          <w:tcPr>
            <w:tcW w:type="dxa" w:w="1134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Arial" w:hAnsi="Arial"/>
                <w:sz w:val="18"/>
              </w:rPr>
              <w:t>........</w:t>
            </w:r>
          </w:p>
        </w:tc>
        <w:tc>
          <w:tcPr>
            <w:tcW w:type="dxa" w:w="1701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Arial" w:hAnsi="Arial"/>
                <w:sz w:val="18"/>
              </w:rPr>
              <w:t>□ jest</w:t>
            </w:r>
          </w:p>
        </w:tc>
        <w:tc>
          <w:tcPr>
            <w:tcW w:type="dxa" w:w="2835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Arial" w:hAnsi="Arial"/>
                <w:sz w:val="18"/>
              </w:rPr>
              <w:t>□ jest  ........................</w:t>
            </w:r>
          </w:p>
        </w:tc>
      </w:tr>
      <w:tr>
        <w:tc>
          <w:tcPr>
            <w:tcW w:type="dxa" w:w="3402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Arial" w:hAnsi="Arial"/>
                <w:sz w:val="18"/>
              </w:rPr>
              <w:t>Krzesła</w:t>
            </w:r>
          </w:p>
        </w:tc>
        <w:tc>
          <w:tcPr>
            <w:tcW w:type="dxa" w:w="1134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Arial" w:hAnsi="Arial"/>
                <w:sz w:val="18"/>
              </w:rPr>
              <w:t>........</w:t>
            </w:r>
          </w:p>
        </w:tc>
        <w:tc>
          <w:tcPr>
            <w:tcW w:type="dxa" w:w="1701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Arial" w:hAnsi="Arial"/>
                <w:sz w:val="18"/>
              </w:rPr>
              <w:t>□ jest</w:t>
            </w:r>
          </w:p>
        </w:tc>
        <w:tc>
          <w:tcPr>
            <w:tcW w:type="dxa" w:w="2835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Arial" w:hAnsi="Arial"/>
                <w:sz w:val="18"/>
              </w:rPr>
              <w:t>□ jest  ........................</w:t>
            </w:r>
          </w:p>
        </w:tc>
      </w:tr>
      <w:tr>
        <w:tc>
          <w:tcPr>
            <w:tcW w:type="dxa" w:w="3402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Arial" w:hAnsi="Arial"/>
                <w:sz w:val="18"/>
              </w:rPr>
              <w:t>Zestaw kuchenny</w:t>
            </w:r>
          </w:p>
        </w:tc>
        <w:tc>
          <w:tcPr>
            <w:tcW w:type="dxa" w:w="1134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Arial" w:hAnsi="Arial"/>
                <w:sz w:val="18"/>
              </w:rPr>
              <w:t>........</w:t>
            </w:r>
          </w:p>
        </w:tc>
        <w:tc>
          <w:tcPr>
            <w:tcW w:type="dxa" w:w="1701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Arial" w:hAnsi="Arial"/>
                <w:sz w:val="18"/>
              </w:rPr>
              <w:t>□ jest</w:t>
            </w:r>
          </w:p>
        </w:tc>
        <w:tc>
          <w:tcPr>
            <w:tcW w:type="dxa" w:w="2835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Arial" w:hAnsi="Arial"/>
                <w:sz w:val="18"/>
              </w:rPr>
              <w:t>□ jest  ........................</w:t>
            </w:r>
          </w:p>
        </w:tc>
      </w:tr>
      <w:tr>
        <w:tc>
          <w:tcPr>
            <w:tcW w:type="dxa" w:w="3402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Arial" w:hAnsi="Arial"/>
                <w:sz w:val="18"/>
              </w:rPr>
              <w:t>Gaśnica / apteczka</w:t>
            </w:r>
          </w:p>
        </w:tc>
        <w:tc>
          <w:tcPr>
            <w:tcW w:type="dxa" w:w="1134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Arial" w:hAnsi="Arial"/>
                <w:sz w:val="18"/>
              </w:rPr>
              <w:t>........</w:t>
            </w:r>
          </w:p>
        </w:tc>
        <w:tc>
          <w:tcPr>
            <w:tcW w:type="dxa" w:w="1701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Arial" w:hAnsi="Arial"/>
                <w:sz w:val="18"/>
              </w:rPr>
              <w:t>□ jest</w:t>
            </w:r>
          </w:p>
        </w:tc>
        <w:tc>
          <w:tcPr>
            <w:tcW w:type="dxa" w:w="2835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Arial" w:hAnsi="Arial"/>
                <w:sz w:val="18"/>
              </w:rPr>
              <w:t>□ jest  ........................</w:t>
            </w:r>
          </w:p>
        </w:tc>
      </w:tr>
      <w:tr>
        <w:tc>
          <w:tcPr>
            <w:tcW w:type="dxa" w:w="3402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Arial" w:hAnsi="Arial"/>
                <w:sz w:val="18"/>
              </w:rPr>
              <w:t>Wyposażenie dodatkowe</w:t>
            </w:r>
          </w:p>
        </w:tc>
        <w:tc>
          <w:tcPr>
            <w:tcW w:type="dxa" w:w="1134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Arial" w:hAnsi="Arial"/>
                <w:sz w:val="18"/>
              </w:rPr>
              <w:t>........</w:t>
            </w:r>
          </w:p>
        </w:tc>
        <w:tc>
          <w:tcPr>
            <w:tcW w:type="dxa" w:w="1701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Arial" w:hAnsi="Arial"/>
                <w:sz w:val="18"/>
              </w:rPr>
              <w:t>□ jest</w:t>
            </w:r>
          </w:p>
        </w:tc>
        <w:tc>
          <w:tcPr>
            <w:tcW w:type="dxa" w:w="2835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Arial" w:hAnsi="Arial"/>
                <w:sz w:val="18"/>
              </w:rPr>
              <w:t>□ jest  ........................</w:t>
            </w:r>
          </w:p>
        </w:tc>
      </w:tr>
      <w:tr>
        <w:tc>
          <w:tcPr>
            <w:tcW w:type="dxa" w:w="3402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Arial" w:hAnsi="Arial"/>
                <w:sz w:val="18"/>
              </w:rPr>
              <w:t>Inne</w:t>
            </w:r>
          </w:p>
        </w:tc>
        <w:tc>
          <w:tcPr>
            <w:tcW w:type="dxa" w:w="1134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Arial" w:hAnsi="Arial"/>
                <w:sz w:val="18"/>
              </w:rPr>
              <w:t>........</w:t>
            </w:r>
          </w:p>
        </w:tc>
        <w:tc>
          <w:tcPr>
            <w:tcW w:type="dxa" w:w="1701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Arial" w:hAnsi="Arial"/>
                <w:sz w:val="18"/>
              </w:rPr>
              <w:t>□ jest</w:t>
            </w:r>
          </w:p>
        </w:tc>
        <w:tc>
          <w:tcPr>
            <w:tcW w:type="dxa" w:w="2835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Arial" w:hAnsi="Arial"/>
                <w:sz w:val="18"/>
              </w:rPr>
              <w:t>□ jest  ........................</w:t>
            </w:r>
          </w:p>
        </w:tc>
      </w:tr>
    </w:tbl>
    <w:p>
      <w:pPr>
        <w:pStyle w:val="Heading1"/>
        <w:spacing w:before="120" w:after="60"/>
      </w:pPr>
      <w:r>
        <w:t>6. Rozliczenie przy zwrocie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37"/>
        <w:gridCol w:w="3437"/>
        <w:gridCol w:w="3437"/>
      </w:tblGrid>
      <w:tr>
        <w:trPr>
          <w:tblHeader w:val="true"/>
        </w:trPr>
        <w:tc>
          <w:tcPr>
            <w:tcW w:type="dxa" w:w="5102"/>
            <w:shd w:fill="D9EAD3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Arial" w:hAnsi="Arial"/>
                <w:b/>
                <w:sz w:val="18"/>
              </w:rPr>
              <w:t>Pozycja</w:t>
            </w:r>
          </w:p>
        </w:tc>
        <w:tc>
          <w:tcPr>
            <w:tcW w:type="dxa" w:w="1701"/>
            <w:shd w:fill="D9EAD3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Arial" w:hAnsi="Arial"/>
                <w:b/>
                <w:sz w:val="18"/>
              </w:rPr>
              <w:t>Stwierdzono</w:t>
            </w:r>
          </w:p>
        </w:tc>
        <w:tc>
          <w:tcPr>
            <w:tcW w:type="dxa" w:w="2268"/>
            <w:shd w:fill="D9EAD3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Arial" w:hAnsi="Arial"/>
                <w:b/>
                <w:sz w:val="18"/>
              </w:rPr>
              <w:t>Kwota / uwagi</w:t>
            </w:r>
          </w:p>
        </w:tc>
      </w:tr>
      <w:tr>
        <w:tc>
          <w:tcPr>
            <w:tcW w:type="dxa" w:w="5102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Arial" w:hAnsi="Arial"/>
                <w:sz w:val="18"/>
              </w:rPr>
              <w:t>Kaseta WC niewyczyszczona – 100 zł</w:t>
            </w:r>
          </w:p>
        </w:tc>
        <w:tc>
          <w:tcPr>
            <w:tcW w:type="dxa" w:w="1701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Arial" w:hAnsi="Arial"/>
                <w:sz w:val="18"/>
              </w:rPr>
              <w:t>□ tak  □ nie</w:t>
            </w:r>
          </w:p>
        </w:tc>
        <w:tc>
          <w:tcPr>
            <w:tcW w:type="dxa" w:w="2268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Arial" w:hAnsi="Arial"/>
                <w:sz w:val="18"/>
              </w:rPr>
              <w:t>................................</w:t>
            </w:r>
          </w:p>
        </w:tc>
      </w:tr>
      <w:tr>
        <w:tc>
          <w:tcPr>
            <w:tcW w:type="dxa" w:w="5102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Arial" w:hAnsi="Arial"/>
                <w:sz w:val="18"/>
              </w:rPr>
              <w:t>Szara woda nieopróżniona – 100 zł</w:t>
            </w:r>
          </w:p>
        </w:tc>
        <w:tc>
          <w:tcPr>
            <w:tcW w:type="dxa" w:w="1701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Arial" w:hAnsi="Arial"/>
                <w:sz w:val="18"/>
              </w:rPr>
              <w:t>□ tak  □ nie</w:t>
            </w:r>
          </w:p>
        </w:tc>
        <w:tc>
          <w:tcPr>
            <w:tcW w:type="dxa" w:w="2268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Arial" w:hAnsi="Arial"/>
                <w:sz w:val="18"/>
              </w:rPr>
              <w:t>................................</w:t>
            </w:r>
          </w:p>
        </w:tc>
      </w:tr>
      <w:tr>
        <w:tc>
          <w:tcPr>
            <w:tcW w:type="dxa" w:w="5102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Arial" w:hAnsi="Arial"/>
                <w:sz w:val="18"/>
              </w:rPr>
              <w:t>Sprzątanie wnętrza – 200 zł</w:t>
            </w:r>
          </w:p>
        </w:tc>
        <w:tc>
          <w:tcPr>
            <w:tcW w:type="dxa" w:w="1701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Arial" w:hAnsi="Arial"/>
                <w:sz w:val="18"/>
              </w:rPr>
              <w:t>□ tak  □ nie</w:t>
            </w:r>
          </w:p>
        </w:tc>
        <w:tc>
          <w:tcPr>
            <w:tcW w:type="dxa" w:w="2268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Arial" w:hAnsi="Arial"/>
                <w:sz w:val="18"/>
              </w:rPr>
              <w:t>................................</w:t>
            </w:r>
          </w:p>
        </w:tc>
      </w:tr>
      <w:tr>
        <w:tc>
          <w:tcPr>
            <w:tcW w:type="dxa" w:w="5102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Arial" w:hAnsi="Arial"/>
                <w:sz w:val="18"/>
              </w:rPr>
              <w:t>Mycie zewnętrzne – 100 zł</w:t>
            </w:r>
          </w:p>
        </w:tc>
        <w:tc>
          <w:tcPr>
            <w:tcW w:type="dxa" w:w="1701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Arial" w:hAnsi="Arial"/>
                <w:sz w:val="18"/>
              </w:rPr>
              <w:t>□ tak  □ nie</w:t>
            </w:r>
          </w:p>
        </w:tc>
        <w:tc>
          <w:tcPr>
            <w:tcW w:type="dxa" w:w="2268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Arial" w:hAnsi="Arial"/>
                <w:sz w:val="18"/>
              </w:rPr>
              <w:t>................................</w:t>
            </w:r>
          </w:p>
        </w:tc>
      </w:tr>
      <w:tr>
        <w:tc>
          <w:tcPr>
            <w:tcW w:type="dxa" w:w="5102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Arial" w:hAnsi="Arial"/>
                <w:sz w:val="18"/>
              </w:rPr>
              <w:t>Brakujące paliwo – 100 zł + koszt paliwa</w:t>
            </w:r>
          </w:p>
        </w:tc>
        <w:tc>
          <w:tcPr>
            <w:tcW w:type="dxa" w:w="1701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Arial" w:hAnsi="Arial"/>
                <w:sz w:val="18"/>
              </w:rPr>
              <w:t>□ tak  □ nie</w:t>
            </w:r>
          </w:p>
        </w:tc>
        <w:tc>
          <w:tcPr>
            <w:tcW w:type="dxa" w:w="2268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Arial" w:hAnsi="Arial"/>
                <w:sz w:val="18"/>
              </w:rPr>
              <w:t>................................</w:t>
            </w:r>
          </w:p>
        </w:tc>
      </w:tr>
      <w:tr>
        <w:tc>
          <w:tcPr>
            <w:tcW w:type="dxa" w:w="5102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Arial" w:hAnsi="Arial"/>
                <w:sz w:val="18"/>
              </w:rPr>
              <w:t>Przekroczenie limitu kilometrów</w:t>
            </w:r>
          </w:p>
        </w:tc>
        <w:tc>
          <w:tcPr>
            <w:tcW w:type="dxa" w:w="1701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Arial" w:hAnsi="Arial"/>
                <w:sz w:val="18"/>
              </w:rPr>
              <w:t>□ tak  □ nie</w:t>
            </w:r>
          </w:p>
        </w:tc>
        <w:tc>
          <w:tcPr>
            <w:tcW w:type="dxa" w:w="2268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Arial" w:hAnsi="Arial"/>
                <w:sz w:val="18"/>
              </w:rPr>
              <w:t>................................</w:t>
            </w:r>
          </w:p>
        </w:tc>
      </w:tr>
      <w:tr>
        <w:tc>
          <w:tcPr>
            <w:tcW w:type="dxa" w:w="5102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Arial" w:hAnsi="Arial"/>
                <w:sz w:val="18"/>
              </w:rPr>
              <w:t>Braki / uszkodzenia wyposażenia</w:t>
            </w:r>
          </w:p>
        </w:tc>
        <w:tc>
          <w:tcPr>
            <w:tcW w:type="dxa" w:w="1701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Arial" w:hAnsi="Arial"/>
                <w:sz w:val="18"/>
              </w:rPr>
              <w:t>□ tak  □ nie</w:t>
            </w:r>
          </w:p>
        </w:tc>
        <w:tc>
          <w:tcPr>
            <w:tcW w:type="dxa" w:w="2268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Arial" w:hAnsi="Arial"/>
                <w:sz w:val="18"/>
              </w:rPr>
              <w:t>................................</w:t>
            </w:r>
          </w:p>
        </w:tc>
      </w:tr>
      <w:tr>
        <w:tc>
          <w:tcPr>
            <w:tcW w:type="dxa" w:w="5102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Arial" w:hAnsi="Arial"/>
                <w:sz w:val="18"/>
              </w:rPr>
              <w:t>Inne</w:t>
            </w:r>
          </w:p>
        </w:tc>
        <w:tc>
          <w:tcPr>
            <w:tcW w:type="dxa" w:w="1701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Arial" w:hAnsi="Arial"/>
                <w:sz w:val="18"/>
              </w:rPr>
              <w:t>□ tak  □ nie</w:t>
            </w:r>
          </w:p>
        </w:tc>
        <w:tc>
          <w:tcPr>
            <w:tcW w:type="dxa" w:w="2268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Arial" w:hAnsi="Arial"/>
                <w:sz w:val="18"/>
              </w:rPr>
              <w:t>................................</w:t>
            </w:r>
          </w:p>
        </w:tc>
      </w:tr>
    </w:tbl>
    <w:p>
      <w:pPr>
        <w:spacing w:after="40" w:line="252" w:lineRule="auto"/>
      </w:pPr>
      <w:r>
        <w:t>Łączna kwota potrącenia / należności: ................................ zł.  Podstawa / dokumenty: ........................................................</w:t>
      </w:r>
    </w:p>
    <w:p>
      <w:pPr>
        <w:pStyle w:val="Heading1"/>
        <w:spacing w:before="120" w:after="60"/>
      </w:pPr>
      <w:r>
        <w:t>7. Dokumentacja fotograficzna / filmowa</w:t>
      </w:r>
    </w:p>
    <w:p>
      <w:pPr>
        <w:spacing w:after="40" w:line="252" w:lineRule="auto"/>
      </w:pPr>
      <w:r>
        <w:t>Przy wydaniu wykonano dokumentację:  □ tak  □ nie     Liczba zdjęć / plików: ................</w:t>
      </w:r>
    </w:p>
    <w:p>
      <w:pPr>
        <w:spacing w:after="40" w:line="252" w:lineRule="auto"/>
      </w:pPr>
      <w:r>
        <w:t>Przy zwrocie wykonano dokumentację: □ tak  □ nie     Liczba zdjęć / plików: ................</w:t>
      </w:r>
    </w:p>
    <w:p>
      <w:pPr>
        <w:spacing w:after="40" w:line="252" w:lineRule="auto"/>
      </w:pPr>
      <w:r>
        <w:t>Miejsce przechowywania / oznaczenie plików: ........................................................................................</w:t>
      </w:r>
    </w:p>
    <w:p>
      <w:pPr>
        <w:pStyle w:val="Heading1"/>
        <w:spacing w:before="120" w:after="60"/>
      </w:pPr>
      <w:r>
        <w:t>8. Uwagi</w:t>
      </w:r>
    </w:p>
    <w:p>
      <w:pPr>
        <w:spacing w:after="40" w:line="252" w:lineRule="auto"/>
      </w:pPr>
      <w:r>
        <w:t>Uwagi przy wydaniu: ....................................................................................................................................</w:t>
      </w:r>
    </w:p>
    <w:p>
      <w:pPr>
        <w:spacing w:after="40" w:line="252" w:lineRule="auto"/>
      </w:pPr>
      <w:r>
        <w:t>........................................................................................................................................................</w:t>
      </w:r>
    </w:p>
    <w:p>
      <w:pPr>
        <w:spacing w:after="40" w:line="252" w:lineRule="auto"/>
      </w:pPr>
      <w:r>
        <w:t>Uwagi przy zwrocie / stwierdzone różnice: ..............................................................................................</w:t>
      </w:r>
    </w:p>
    <w:p>
      <w:pPr>
        <w:spacing w:after="40" w:line="252" w:lineRule="auto"/>
      </w:pPr>
      <w:r>
        <w:t>........................................................................................................................................................</w:t>
      </w:r>
    </w:p>
    <w:p>
      <w:pPr>
        <w:pStyle w:val="Heading1"/>
        <w:spacing w:before="120" w:after="60"/>
      </w:pPr>
      <w:r>
        <w:t>9. Oświadczenia i podpisy</w:t>
      </w:r>
    </w:p>
    <w:p>
      <w:pPr>
        <w:spacing w:after="40" w:line="252" w:lineRule="auto"/>
      </w:pPr>
      <w:r>
        <w:t>Przy wydaniu Najemca potwierdza odbiór pojazdu i wyposażenia w stanie opisanym powyżej oraz otrzymanie instruktażu dotyczącego podstawowej obsługi.</w:t>
      </w:r>
    </w:p>
    <w:p>
      <w:pPr>
        <w:spacing w:after="40" w:line="252" w:lineRule="auto"/>
      </w:pPr>
      <w:r>
        <w:t>Przy zwrocie strony potwierdzają stan widoczny i możliwy do sprawdzenia w chwili odbioru. Podpisanie protokołu nie wyłącza możliwości późniejszego ujawnienia szkody, której nie można było rozsądnie stwierdzić przy zwykłych oględzinach, ani prawa Najemcy do zakwestionowania jej związku z okresem najmu lub wysokości roszczenia.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37"/>
        <w:gridCol w:w="3437"/>
        <w:gridCol w:w="3437"/>
      </w:tblGrid>
      <w:tr>
        <w:trPr>
          <w:tblHeader w:val="true"/>
        </w:trPr>
        <w:tc>
          <w:tcPr>
            <w:tcW w:type="dxa" w:w="2268"/>
            <w:shd w:fill="D9EAD3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Arial" w:hAnsi="Arial"/>
                <w:b/>
                <w:sz w:val="18"/>
              </w:rPr>
              <w:t>Etap</w:t>
            </w:r>
          </w:p>
        </w:tc>
        <w:tc>
          <w:tcPr>
            <w:tcW w:type="dxa" w:w="3402"/>
            <w:shd w:fill="D9EAD3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Arial" w:hAnsi="Arial"/>
                <w:b/>
                <w:sz w:val="18"/>
              </w:rPr>
              <w:t>WYNAJMUJĄCY</w:t>
            </w:r>
          </w:p>
        </w:tc>
        <w:tc>
          <w:tcPr>
            <w:tcW w:type="dxa" w:w="3402"/>
            <w:shd w:fill="D9EAD3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Arial" w:hAnsi="Arial"/>
                <w:b/>
                <w:sz w:val="18"/>
              </w:rPr>
              <w:t>NAJEMCA</w:t>
            </w:r>
          </w:p>
        </w:tc>
      </w:tr>
      <w:tr>
        <w:tc>
          <w:tcPr>
            <w:tcW w:type="dxa" w:w="2268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Arial" w:hAnsi="Arial"/>
                <w:sz w:val="18"/>
              </w:rPr>
              <w:t>WYDANIE</w:t>
            </w:r>
          </w:p>
        </w:tc>
        <w:tc>
          <w:tcPr>
            <w:tcW w:type="dxa" w:w="3402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Arial" w:hAnsi="Arial"/>
                <w:sz w:val="18"/>
              </w:rPr>
              <w:t>................................</w:t>
            </w:r>
          </w:p>
        </w:tc>
        <w:tc>
          <w:tcPr>
            <w:tcW w:type="dxa" w:w="3402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Arial" w:hAnsi="Arial"/>
                <w:sz w:val="18"/>
              </w:rPr>
              <w:t>................................</w:t>
            </w:r>
          </w:p>
        </w:tc>
      </w:tr>
      <w:tr>
        <w:tc>
          <w:tcPr>
            <w:tcW w:type="dxa" w:w="2268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Arial" w:hAnsi="Arial"/>
                <w:sz w:val="18"/>
              </w:rPr>
              <w:t>Data / godzina</w:t>
            </w:r>
          </w:p>
        </w:tc>
        <w:tc>
          <w:tcPr>
            <w:tcW w:type="dxa" w:w="3402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Arial" w:hAnsi="Arial"/>
                <w:sz w:val="18"/>
              </w:rPr>
              <w:t>................................</w:t>
            </w:r>
          </w:p>
        </w:tc>
        <w:tc>
          <w:tcPr>
            <w:tcW w:type="dxa" w:w="3402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Arial" w:hAnsi="Arial"/>
                <w:sz w:val="18"/>
              </w:rPr>
              <w:t>................................</w:t>
            </w:r>
          </w:p>
        </w:tc>
      </w:tr>
      <w:tr>
        <w:tc>
          <w:tcPr>
            <w:tcW w:type="dxa" w:w="2268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Arial" w:hAnsi="Arial"/>
                <w:sz w:val="18"/>
              </w:rPr>
              <w:t>ZWROT</w:t>
            </w:r>
          </w:p>
        </w:tc>
        <w:tc>
          <w:tcPr>
            <w:tcW w:type="dxa" w:w="3402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Arial" w:hAnsi="Arial"/>
                <w:sz w:val="18"/>
              </w:rPr>
              <w:t>................................</w:t>
            </w:r>
          </w:p>
        </w:tc>
        <w:tc>
          <w:tcPr>
            <w:tcW w:type="dxa" w:w="3402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Arial" w:hAnsi="Arial"/>
                <w:sz w:val="18"/>
              </w:rPr>
              <w:t>................................</w:t>
            </w:r>
          </w:p>
        </w:tc>
      </w:tr>
      <w:tr>
        <w:tc>
          <w:tcPr>
            <w:tcW w:type="dxa" w:w="2268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Arial" w:hAnsi="Arial"/>
                <w:sz w:val="18"/>
              </w:rPr>
              <w:t>Data / godzina</w:t>
            </w:r>
          </w:p>
        </w:tc>
        <w:tc>
          <w:tcPr>
            <w:tcW w:type="dxa" w:w="3402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Arial" w:hAnsi="Arial"/>
                <w:sz w:val="18"/>
              </w:rPr>
              <w:t>................................</w:t>
            </w:r>
          </w:p>
        </w:tc>
        <w:tc>
          <w:tcPr>
            <w:tcW w:type="dxa" w:w="3402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Arial" w:hAnsi="Arial"/>
                <w:sz w:val="18"/>
              </w:rPr>
              <w:t>................................</w:t>
            </w:r>
          </w:p>
        </w:tc>
      </w:tr>
    </w:tbl>
    <w:sectPr w:rsidR="00FC693F" w:rsidRPr="0006063C" w:rsidSect="00034616">
      <w:footerReference w:type="default" r:id="rId9"/>
      <w:pgSz w:w="12240" w:h="15840"/>
      <w:pgMar w:top="850" w:right="964" w:bottom="850" w:left="9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sz w:val="16"/>
      </w:rPr>
      <w:t>WITCAMP – Protokół zdawczo-odbiorczy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 w:eastAsia="Arial"/>
      <w:b/>
      <w:color w:val="17365D" w:themeColor="text2" w:themeShade="B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